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אתר עולם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השונים באתר עולם הלשון ואת הנושאים הנלמדים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לאתר יחידות וכלי עזר לפי נושא ושלב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העבודה המומלץ בכל חוברת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חט"ע ובגרות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ארגז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סוגות, הבנה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היחידות המשחקים והקבצים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תרגול בגרות ומסלול תלקיט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בחט"ב לומדים מילים וסגנון בלי 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כרטיסי ניווט לחמש רמות של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שיש חדר לכל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החוברות קיימות גם ב-PDF וגם ב-Word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בהסבר איך עובדים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כרטיסי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ארגז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(שמות גוף, מין ומספר)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(סמיכות ושייכות)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(משקלים וצורנים)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(קריאת גרפים)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(ניבים, עובדה ודעה)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שלב ויחידה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בכרטיס הניווט ושלבי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ופותרים את הפעילויות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מסיימים בכרטיס יציאה או במשחק החזרה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 היא נושא לימוד בתוך שלב מסוים, וכלי מארגז הכלים מתאים לכל השלבים ועוסק במיומנות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שלבים: יסודי, חט"ב, חט"ע ובגרות, אזור בגרות, ארגז כלים, סוגות הבנה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הניווט בא בתחילת היחידה, כרטיס היציאה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מהרשימה כמו חלקי הדיבר, סמיכות ושייכות, תואר הפועל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בסיור קצר על מסך משותף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תלמיד לשלב המתאים לכיתתו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האישית לדיון קבוצתי על בחירת יחידות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אתר עולם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אתר עולם הלשון בנוי משישה שלבי לימוד לפי כיתות, ובכל שלב יש יחידות לפי נושאים. בדף הבית אפשר גם לבחור כלים לכיתה שמתאימים לכל הגילאים.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שלב לומדים שורש ובניין, גזרות ומשקלים?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חט"ע ובגרות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ארגז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יחידות יש בשלב 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כלי מתאים לכל השלבים ועוסק בקשרים לוגיים וסימני פיסוק?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ניווט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חדרי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שלב מתרגלים מכתב, טקסט מפעיל והבנת הנשמע?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סוגות, הבנה והערכה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למצוא במפת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היחידות המשחקים והקבצים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כרטיסי ניווט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כולל אזור בגרות?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משחקי כיתה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תרגול בגרות ומסלול תלקיט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כרטיסיות עזר לכתיב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המספר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חט"ב לומדים תחביר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ניווט עוזרים לבנות פסקת 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חדרי בריחה קיימים לכל שלב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חוברות להדפסה קיימות רק בפורמט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אפשר לבחור רמה רגילה, מתקדמת, עולים או חנ"מ.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לומדים אותיות וניקוד, שורש וחלקי דיבר.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בכלי "__________" יש שאלה מקדימה ותשובה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מרכז קשרים לוגיים, סימני פיסוק ואוצר מילים לכל השלבים.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חט"ע ובגרות מתרגלים שורש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החוברת אפשר לסיים בכרטיס __________ או במשחק החזרה.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משקלים וצורנים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קריאת גרפים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חט"ע ובגרות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ניבים, עובדה 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ארגז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סוגות, הבנה והערכה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שמות גוף, מין ומספר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ופותרים את הפעילויות לפי הסדר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בכרטיס יציאה או במשחק החזרה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בכרטיס הניווט ושלבי החשיבה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שלב ויחידה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יחידה לבין כלי מארגז הכלים.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שלבים יש באתר עולם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קודם - כרטיס ניווט או 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לנושא אחד שלומדים בשלב חט"ב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אתר עולם הלשון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