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אתר עולם הלשון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השלבים השונים באתר עולם הלשון ואת הנושאים הנלמדים בכל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לאתר יחידות וכלי עזר לפי נושא ושלב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סדר העבודה המומלץ בכל חוברת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חט"ע ובגרות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ארגז 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סוגות, הבנה והערכה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כל היחידות המשחקים והקבצים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תרגול בגרות ומסלול תלקיט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בחט"ב לומדים מילים וסגנון בלי תחביר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כרטיסי ניווט לחמש רמות של פסקת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שיש חדר לכל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החוברות קיימות גם ב-PDF וגם ב-Word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בהסבר איך עובדים באתר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 כרטיסי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ארגז 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שלב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(שמות גוף, מין ומספר)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(סמיכות ושייכות)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(משקלים וצורנים)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(קריאת גרפים)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(ניבים, עובדה ודעה)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העבודה בחוברת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שלב ויחידה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מתחילים בכרטיס הניווט ושלבי החשיבה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רמה ופותרים את הפעילויות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מסיימים בכרטיס יציאה או במשחק החזרה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הבנה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יחידה היא נושא לימוד בתוך שלב מסוים, וכלי מארגז הכלים מתאים לכל השלבים ועוסק במיומנות כללית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שישה שלבים: יסודי, חט"ב, חט"ע ובגרות, אזור בגרות, ארגז כלים, סוגות הבנה והערכה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הניווט בא בתחילת היחידה, כרטיס היציאה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נושא מהרשימה כמו חלקי הדיבר, סמיכות ושייכות, תואר הפועל וכדומה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שיעור בסיור קצר על מסך משותף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תלמיד לשלב המתאים לכיתתו לפני פתרון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חלק הכתיבה האישית לדיון קבוצתי על בחירת יחידות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אתר עולם הלשון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שישה שלבים לפי גיל. בכל שלב יש נושאים ללימוד. יש גם כלים שמתאימים לכולם.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באתר לפי גיל וכיתה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לימוד אחד בתוך שלב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ארגז כלים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כלים שמתאימים לכל השלבים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ניווט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שמסביר את שלבי החשיבה ביחידה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חדר בריחה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פתרון חידות בנושא לשוני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מפת האתר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רשימה של כל היחידות המשחקים והקבצים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תלקיט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עבודות לקראת הבגרות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לומדים גזרות ומשקלים?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חט"ע ובגרות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ארגז 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יחידות יש ליסודי?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כלי מתאים לכולם?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אזור 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ארגז 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כרטיסי ניווט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חדרי בריחה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לומדים על מכתב וטקסט מפעיל?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סוגות, הבנה והערכה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אזור 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יש במפת האתר?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היחידות המשחקים והקבצים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מבחנים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כרטיסי ניווט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יש באזור בגרות?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משחקי כיתה 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תרגול בגרות ומסלול תלקיט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כרטיסיות עזר לכתיב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המספר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חט"ב לומדים תחביר מלא.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 ניווט עוזרים לבנות פסקת טיעון.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חדרי בריחה קיימים לכל שלב באתר.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חוברות להדפסה קיימות רק בפורמט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יחידה אפשר לבחור רמה רגילה, מתקדמת, עולים או חנ"מ.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__________ לומדים אותיות וניקוד, שורש וחלקי דיבר.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בכלי "__________" יש שאלה מקדימה ותשובה מאחור.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מרכז קשרים לוגיים, סימני פיסוק ואוצר מילים לכל השלבים.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בשלב חט"ע ובגרות מתרגלים שורש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החוברת אפשר לסיים בכרטיס __________ או במשחק החזרה.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שלב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קריאת גרפים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חט"ב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שמות גוף, מין ומספר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חט"ע ובגרות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סמיכות ושייכות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ארגז כלים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ניבים, עובדה ודעה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סוגות, הבנה והערכה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משקלים וצורנים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העבודה בחוברת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מסיימים בכרטיס יציאה או במשחק החזרה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רמה ופותרים את הפעילויות לפי הסדר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מתחילים בכרטיס הניווט ושלבי החשיבה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שלב ויחידה מתאימה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הבנה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יחידה לבין כלי מארגז הכלים.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שלבים יש באתר עולם הלשון?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קודם - כרטיס ניווט או כרטיס יציאה?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לנושא אחד שלומדים בשלב חט"ב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מבנה אתר עולם הלשון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